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37F0F" w14:textId="77777777" w:rsidR="00AF5794" w:rsidRDefault="00000000">
      <w:pPr>
        <w:rPr>
          <w:rFonts w:eastAsia="Malgun Gothic"/>
          <w:b/>
          <w:sz w:val="32"/>
          <w:lang w:eastAsia="ko-KR"/>
        </w:rPr>
      </w:pPr>
      <w:r>
        <w:rPr>
          <w:b/>
          <w:sz w:val="32"/>
        </w:rPr>
        <w:t>채용</w:t>
      </w:r>
      <w:r>
        <w:rPr>
          <w:b/>
          <w:sz w:val="32"/>
        </w:rPr>
        <w:t xml:space="preserve"> </w:t>
      </w:r>
      <w:r>
        <w:rPr>
          <w:b/>
          <w:sz w:val="32"/>
        </w:rPr>
        <w:t>공고</w:t>
      </w:r>
      <w:r>
        <w:rPr>
          <w:b/>
          <w:sz w:val="32"/>
        </w:rPr>
        <w:t xml:space="preserve">: </w:t>
      </w:r>
      <w:r w:rsidR="00AF5794" w:rsidRPr="00AF5794">
        <w:rPr>
          <w:b/>
          <w:sz w:val="32"/>
        </w:rPr>
        <w:t xml:space="preserve">Technical Sales Research Engineer </w:t>
      </w:r>
    </w:p>
    <w:p w14:paraId="1F8330FA" w14:textId="599FEDD2" w:rsidR="007D6A1C" w:rsidRDefault="00000000">
      <w:r>
        <w:rPr>
          <w:b/>
          <w:sz w:val="32"/>
        </w:rPr>
        <w:t>(HC&amp;G Co., Ltd.)</w:t>
      </w:r>
    </w:p>
    <w:p w14:paraId="06FAAF48" w14:textId="77777777" w:rsidR="007D6A1C" w:rsidRDefault="007D6A1C"/>
    <w:p w14:paraId="5A230312" w14:textId="77777777" w:rsidR="007D6A1C" w:rsidRPr="00066778" w:rsidRDefault="00000000">
      <w:pPr>
        <w:pBdr>
          <w:bottom w:val="single" w:sz="6" w:space="1" w:color="auto"/>
        </w:pBdr>
        <w:spacing w:before="240" w:after="120"/>
        <w:rPr>
          <w:sz w:val="24"/>
          <w:szCs w:val="24"/>
        </w:rPr>
      </w:pPr>
      <w:r w:rsidRPr="00066778">
        <w:rPr>
          <w:b/>
          <w:color w:val="003366"/>
          <w:sz w:val="24"/>
          <w:szCs w:val="24"/>
        </w:rPr>
        <w:t>회사</w:t>
      </w:r>
      <w:r w:rsidRPr="00066778">
        <w:rPr>
          <w:b/>
          <w:color w:val="003366"/>
          <w:sz w:val="24"/>
          <w:szCs w:val="24"/>
        </w:rPr>
        <w:t xml:space="preserve"> </w:t>
      </w:r>
      <w:r w:rsidRPr="00066778">
        <w:rPr>
          <w:b/>
          <w:color w:val="003366"/>
          <w:sz w:val="24"/>
          <w:szCs w:val="24"/>
        </w:rPr>
        <w:t>소개</w:t>
      </w:r>
    </w:p>
    <w:p w14:paraId="0C399FEF" w14:textId="77777777" w:rsidR="007D6A1C" w:rsidRDefault="007D6A1C"/>
    <w:p w14:paraId="19B957DD" w14:textId="77777777" w:rsidR="007D6A1C" w:rsidRDefault="00000000">
      <w:r>
        <w:t>HC&amp;G Co., Ltd.</w:t>
      </w:r>
      <w:r>
        <w:t>는</w:t>
      </w:r>
      <w:r>
        <w:t xml:space="preserve"> </w:t>
      </w:r>
      <w:r>
        <w:t>원자력</w:t>
      </w:r>
      <w:r>
        <w:t xml:space="preserve">, </w:t>
      </w:r>
      <w:r>
        <w:t>산업</w:t>
      </w:r>
      <w:r>
        <w:t xml:space="preserve">, </w:t>
      </w:r>
      <w:r>
        <w:t>해양</w:t>
      </w:r>
      <w:r>
        <w:t xml:space="preserve">, </w:t>
      </w:r>
      <w:r>
        <w:t>방위</w:t>
      </w:r>
      <w:r>
        <w:t xml:space="preserve">, </w:t>
      </w:r>
      <w:r>
        <w:t>통신</w:t>
      </w:r>
      <w:r>
        <w:t xml:space="preserve"> </w:t>
      </w:r>
      <w:r>
        <w:t>분야에서</w:t>
      </w:r>
      <w:r>
        <w:t xml:space="preserve"> </w:t>
      </w:r>
      <w:r>
        <w:t>글로벌</w:t>
      </w:r>
      <w:r>
        <w:t xml:space="preserve"> </w:t>
      </w:r>
      <w:r>
        <w:t>선도</w:t>
      </w:r>
      <w:r>
        <w:t xml:space="preserve"> </w:t>
      </w:r>
      <w:r>
        <w:t>기업입니다</w:t>
      </w:r>
      <w:r>
        <w:t>.</w:t>
      </w:r>
    </w:p>
    <w:p w14:paraId="766C6A0F" w14:textId="77777777" w:rsidR="007D6A1C" w:rsidRDefault="00000000">
      <w:pPr>
        <w:rPr>
          <w:lang w:eastAsia="ko-KR"/>
        </w:rPr>
      </w:pPr>
      <w:r>
        <w:rPr>
          <w:lang w:eastAsia="ko-KR"/>
        </w:rPr>
        <w:t>당사는</w:t>
      </w:r>
      <w:r>
        <w:rPr>
          <w:lang w:eastAsia="ko-KR"/>
        </w:rPr>
        <w:t xml:space="preserve"> 60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인증을</w:t>
      </w:r>
      <w:r>
        <w:rPr>
          <w:lang w:eastAsia="ko-KR"/>
        </w:rPr>
        <w:t xml:space="preserve"> </w:t>
      </w:r>
      <w:r>
        <w:rPr>
          <w:lang w:eastAsia="ko-KR"/>
        </w:rPr>
        <w:t>받은</w:t>
      </w:r>
      <w:r>
        <w:rPr>
          <w:lang w:eastAsia="ko-KR"/>
        </w:rPr>
        <w:t xml:space="preserve"> </w:t>
      </w:r>
      <w:r>
        <w:rPr>
          <w:lang w:eastAsia="ko-KR"/>
        </w:rPr>
        <w:t>원자력용</w:t>
      </w:r>
      <w:r>
        <w:rPr>
          <w:lang w:eastAsia="ko-KR"/>
        </w:rPr>
        <w:t xml:space="preserve"> </w:t>
      </w:r>
      <w:r>
        <w:rPr>
          <w:lang w:eastAsia="ko-KR"/>
        </w:rPr>
        <w:t>케이블을</w:t>
      </w:r>
      <w:r>
        <w:rPr>
          <w:lang w:eastAsia="ko-KR"/>
        </w:rPr>
        <w:t xml:space="preserve"> </w:t>
      </w:r>
      <w:r>
        <w:rPr>
          <w:lang w:eastAsia="ko-KR"/>
        </w:rPr>
        <w:t>선도적으로</w:t>
      </w:r>
      <w:r>
        <w:rPr>
          <w:lang w:eastAsia="ko-KR"/>
        </w:rPr>
        <w:t xml:space="preserve"> </w:t>
      </w:r>
      <w:r>
        <w:rPr>
          <w:lang w:eastAsia="ko-KR"/>
        </w:rPr>
        <w:t>개발하였으며</w:t>
      </w:r>
      <w:r>
        <w:rPr>
          <w:lang w:eastAsia="ko-KR"/>
        </w:rPr>
        <w:t xml:space="preserve">, Nu GIGA60+ </w:t>
      </w:r>
      <w:r>
        <w:rPr>
          <w:lang w:eastAsia="ko-KR"/>
        </w:rPr>
        <w:t>광섬유</w:t>
      </w:r>
      <w:r>
        <w:rPr>
          <w:lang w:eastAsia="ko-KR"/>
        </w:rPr>
        <w:t xml:space="preserve"> </w:t>
      </w:r>
      <w:r>
        <w:rPr>
          <w:lang w:eastAsia="ko-KR"/>
        </w:rPr>
        <w:t>케이블과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혁신</w:t>
      </w:r>
      <w:r>
        <w:rPr>
          <w:lang w:eastAsia="ko-KR"/>
        </w:rPr>
        <w:t xml:space="preserve"> </w:t>
      </w:r>
      <w:r>
        <w:rPr>
          <w:lang w:eastAsia="ko-KR"/>
        </w:rPr>
        <w:t>제품을</w:t>
      </w:r>
      <w:r>
        <w:rPr>
          <w:lang w:eastAsia="ko-KR"/>
        </w:rPr>
        <w:t xml:space="preserve"> </w:t>
      </w:r>
      <w:r>
        <w:rPr>
          <w:lang w:eastAsia="ko-KR"/>
        </w:rPr>
        <w:t>출시하였습니다</w:t>
      </w:r>
      <w:r>
        <w:rPr>
          <w:lang w:eastAsia="ko-KR"/>
        </w:rPr>
        <w:t>.</w:t>
      </w:r>
    </w:p>
    <w:p w14:paraId="382DCB2B" w14:textId="77777777" w:rsidR="007D6A1C" w:rsidRDefault="00000000">
      <w:pPr>
        <w:rPr>
          <w:lang w:eastAsia="ko-KR"/>
        </w:rPr>
      </w:pPr>
      <w:r>
        <w:rPr>
          <w:lang w:eastAsia="ko-KR"/>
        </w:rPr>
        <w:t>또한</w:t>
      </w:r>
      <w:r>
        <w:rPr>
          <w:lang w:eastAsia="ko-KR"/>
        </w:rPr>
        <w:t xml:space="preserve"> Habia Cable, UJV Rez, Armatury Group, SIGMA Group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세계적인</w:t>
      </w:r>
      <w:r>
        <w:rPr>
          <w:lang w:eastAsia="ko-KR"/>
        </w:rPr>
        <w:t xml:space="preserve"> </w:t>
      </w:r>
      <w:r>
        <w:rPr>
          <w:lang w:eastAsia="ko-KR"/>
        </w:rPr>
        <w:t>기관들과</w:t>
      </w:r>
      <w:r>
        <w:rPr>
          <w:lang w:eastAsia="ko-KR"/>
        </w:rPr>
        <w:t xml:space="preserve"> </w:t>
      </w:r>
      <w:r>
        <w:rPr>
          <w:lang w:eastAsia="ko-KR"/>
        </w:rPr>
        <w:t>긴밀한</w:t>
      </w:r>
      <w:r>
        <w:rPr>
          <w:lang w:eastAsia="ko-KR"/>
        </w:rPr>
        <w:t xml:space="preserve"> </w:t>
      </w:r>
      <w:r>
        <w:rPr>
          <w:lang w:eastAsia="ko-KR"/>
        </w:rPr>
        <w:t>파트너십을</w:t>
      </w:r>
      <w:r>
        <w:rPr>
          <w:lang w:eastAsia="ko-KR"/>
        </w:rPr>
        <w:t xml:space="preserve"> </w:t>
      </w:r>
      <w:r>
        <w:rPr>
          <w:lang w:eastAsia="ko-KR"/>
        </w:rPr>
        <w:t>구축했습니다</w:t>
      </w:r>
      <w:r>
        <w:rPr>
          <w:lang w:eastAsia="ko-KR"/>
        </w:rPr>
        <w:t>.</w:t>
      </w:r>
    </w:p>
    <w:p w14:paraId="4FD80511" w14:textId="77777777" w:rsidR="007D6A1C" w:rsidRDefault="00000000">
      <w:pPr>
        <w:rPr>
          <w:lang w:eastAsia="ko-KR"/>
        </w:rPr>
      </w:pPr>
      <w:r>
        <w:rPr>
          <w:lang w:eastAsia="ko-KR"/>
        </w:rPr>
        <w:t>25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이상의</w:t>
      </w:r>
      <w:r>
        <w:rPr>
          <w:lang w:eastAsia="ko-KR"/>
        </w:rPr>
        <w:t xml:space="preserve"> </w:t>
      </w:r>
      <w:r>
        <w:rPr>
          <w:lang w:eastAsia="ko-KR"/>
        </w:rPr>
        <w:t>원자력</w:t>
      </w:r>
      <w:r>
        <w:rPr>
          <w:lang w:eastAsia="ko-KR"/>
        </w:rPr>
        <w:t xml:space="preserve"> </w:t>
      </w:r>
      <w:r>
        <w:rPr>
          <w:lang w:eastAsia="ko-KR"/>
        </w:rPr>
        <w:t>시장</w:t>
      </w:r>
      <w:r>
        <w:rPr>
          <w:lang w:eastAsia="ko-KR"/>
        </w:rPr>
        <w:t xml:space="preserve"> </w:t>
      </w:r>
      <w:r>
        <w:rPr>
          <w:lang w:eastAsia="ko-KR"/>
        </w:rPr>
        <w:t>전문성과</w:t>
      </w:r>
      <w:r>
        <w:rPr>
          <w:lang w:eastAsia="ko-KR"/>
        </w:rPr>
        <w:t xml:space="preserve"> </w:t>
      </w:r>
      <w:r>
        <w:rPr>
          <w:lang w:eastAsia="ko-KR"/>
        </w:rPr>
        <w:t>탄탄한</w:t>
      </w:r>
      <w:r>
        <w:rPr>
          <w:lang w:eastAsia="ko-KR"/>
        </w:rPr>
        <w:t xml:space="preserve"> </w:t>
      </w:r>
      <w:r>
        <w:rPr>
          <w:lang w:eastAsia="ko-KR"/>
        </w:rPr>
        <w:t>재무</w:t>
      </w:r>
      <w:r>
        <w:rPr>
          <w:lang w:eastAsia="ko-KR"/>
        </w:rPr>
        <w:t xml:space="preserve"> </w:t>
      </w:r>
      <w:r>
        <w:rPr>
          <w:lang w:eastAsia="ko-KR"/>
        </w:rPr>
        <w:t>기반</w:t>
      </w:r>
      <w:r>
        <w:rPr>
          <w:lang w:eastAsia="ko-KR"/>
        </w:rPr>
        <w:t xml:space="preserve">, </w:t>
      </w:r>
      <w:r>
        <w:rPr>
          <w:lang w:eastAsia="ko-KR"/>
        </w:rPr>
        <w:t>독점</w:t>
      </w:r>
      <w:r>
        <w:rPr>
          <w:lang w:eastAsia="ko-KR"/>
        </w:rPr>
        <w:t xml:space="preserve"> </w:t>
      </w:r>
      <w:r>
        <w:rPr>
          <w:lang w:eastAsia="ko-KR"/>
        </w:rPr>
        <w:t>인증</w:t>
      </w:r>
      <w:r>
        <w:rPr>
          <w:lang w:eastAsia="ko-KR"/>
        </w:rPr>
        <w:t xml:space="preserve"> </w:t>
      </w:r>
      <w:r>
        <w:rPr>
          <w:lang w:eastAsia="ko-KR"/>
        </w:rPr>
        <w:t>제품군을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HC&amp;G</w:t>
      </w:r>
      <w:r>
        <w:rPr>
          <w:lang w:eastAsia="ko-KR"/>
        </w:rPr>
        <w:t>는</w:t>
      </w:r>
      <w:r>
        <w:rPr>
          <w:lang w:eastAsia="ko-KR"/>
        </w:rPr>
        <w:t xml:space="preserve"> </w:t>
      </w:r>
      <w:r>
        <w:rPr>
          <w:lang w:eastAsia="ko-KR"/>
        </w:rPr>
        <w:t>안전</w:t>
      </w:r>
      <w:r>
        <w:rPr>
          <w:lang w:eastAsia="ko-KR"/>
        </w:rPr>
        <w:t xml:space="preserve">, </w:t>
      </w:r>
      <w:r>
        <w:rPr>
          <w:lang w:eastAsia="ko-KR"/>
        </w:rPr>
        <w:t>혁신</w:t>
      </w:r>
      <w:r>
        <w:rPr>
          <w:lang w:eastAsia="ko-KR"/>
        </w:rPr>
        <w:t xml:space="preserve">, </w:t>
      </w:r>
      <w:r>
        <w:rPr>
          <w:lang w:eastAsia="ko-KR"/>
        </w:rPr>
        <w:t>성능을</w:t>
      </w:r>
      <w:r>
        <w:rPr>
          <w:lang w:eastAsia="ko-KR"/>
        </w:rPr>
        <w:t xml:space="preserve"> </w:t>
      </w:r>
      <w:r>
        <w:rPr>
          <w:lang w:eastAsia="ko-KR"/>
        </w:rPr>
        <w:t>제공하는</w:t>
      </w:r>
      <w:r>
        <w:rPr>
          <w:lang w:eastAsia="ko-KR"/>
        </w:rPr>
        <w:t xml:space="preserve">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리더로</w:t>
      </w:r>
      <w:r>
        <w:rPr>
          <w:lang w:eastAsia="ko-KR"/>
        </w:rPr>
        <w:t xml:space="preserve"> </w:t>
      </w:r>
      <w:r>
        <w:rPr>
          <w:lang w:eastAsia="ko-KR"/>
        </w:rPr>
        <w:t>성장하고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2D472BDA" w14:textId="77777777" w:rsidR="007D6A1C" w:rsidRDefault="007D6A1C">
      <w:pPr>
        <w:rPr>
          <w:lang w:eastAsia="ko-KR"/>
        </w:rPr>
      </w:pPr>
    </w:p>
    <w:p w14:paraId="675D114E" w14:textId="0A27BBD2" w:rsidR="007D6A1C" w:rsidRPr="00066778" w:rsidRDefault="00000000" w:rsidP="00B43F09">
      <w:pPr>
        <w:spacing w:before="240" w:after="120"/>
        <w:rPr>
          <w:b/>
          <w:sz w:val="28"/>
          <w:szCs w:val="28"/>
          <w:lang w:eastAsia="ko-KR"/>
        </w:rPr>
      </w:pPr>
      <w:r w:rsidRPr="00066778">
        <w:rPr>
          <w:b/>
          <w:color w:val="003366"/>
          <w:sz w:val="28"/>
          <w:szCs w:val="28"/>
          <w:lang w:eastAsia="ko-KR"/>
        </w:rPr>
        <w:t>채용</w:t>
      </w:r>
      <w:r w:rsidRPr="00066778">
        <w:rPr>
          <w:b/>
          <w:sz w:val="28"/>
          <w:szCs w:val="28"/>
          <w:lang w:eastAsia="ko-KR"/>
        </w:rPr>
        <w:t xml:space="preserve"> </w:t>
      </w:r>
      <w:r w:rsidRPr="00066778">
        <w:rPr>
          <w:b/>
          <w:sz w:val="28"/>
          <w:szCs w:val="28"/>
          <w:lang w:eastAsia="ko-KR"/>
        </w:rPr>
        <w:t>포지션</w:t>
      </w:r>
      <w:r w:rsidRPr="00066778">
        <w:rPr>
          <w:b/>
          <w:sz w:val="28"/>
          <w:szCs w:val="28"/>
          <w:lang w:eastAsia="ko-KR"/>
        </w:rPr>
        <w:t xml:space="preserve">: </w:t>
      </w:r>
      <w:r w:rsidR="00B43F09" w:rsidRPr="00066778">
        <w:rPr>
          <w:b/>
          <w:sz w:val="28"/>
          <w:szCs w:val="28"/>
          <w:lang w:eastAsia="ko-KR"/>
        </w:rPr>
        <w:t>Technical Sales Research Engineer</w:t>
      </w:r>
    </w:p>
    <w:p w14:paraId="786DC077" w14:textId="77777777" w:rsidR="007D6A1C" w:rsidRPr="00066778" w:rsidRDefault="00000000">
      <w:pPr>
        <w:pBdr>
          <w:bottom w:val="single" w:sz="6" w:space="1" w:color="auto"/>
        </w:pBdr>
        <w:spacing w:before="240" w:after="120"/>
        <w:rPr>
          <w:sz w:val="24"/>
          <w:szCs w:val="24"/>
          <w:lang w:eastAsia="ko-KR"/>
        </w:rPr>
      </w:pPr>
      <w:r w:rsidRPr="00066778">
        <w:rPr>
          <w:b/>
          <w:color w:val="003366"/>
          <w:sz w:val="24"/>
          <w:szCs w:val="24"/>
          <w:lang w:eastAsia="ko-KR"/>
        </w:rPr>
        <w:t>주요</w:t>
      </w:r>
      <w:r w:rsidRPr="00066778">
        <w:rPr>
          <w:b/>
          <w:color w:val="003366"/>
          <w:sz w:val="24"/>
          <w:szCs w:val="24"/>
          <w:lang w:eastAsia="ko-KR"/>
        </w:rPr>
        <w:t xml:space="preserve"> </w:t>
      </w:r>
      <w:r w:rsidRPr="00066778">
        <w:rPr>
          <w:b/>
          <w:color w:val="003366"/>
          <w:sz w:val="24"/>
          <w:szCs w:val="24"/>
          <w:lang w:eastAsia="ko-KR"/>
        </w:rPr>
        <w:t>업무</w:t>
      </w:r>
    </w:p>
    <w:p w14:paraId="257D7AFC" w14:textId="77777777" w:rsidR="007D6A1C" w:rsidRDefault="007D6A1C">
      <w:pPr>
        <w:rPr>
          <w:lang w:eastAsia="ko-KR"/>
        </w:rPr>
      </w:pPr>
    </w:p>
    <w:p w14:paraId="59E3E2CC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원자력</w:t>
      </w:r>
      <w:r>
        <w:rPr>
          <w:lang w:eastAsia="ko-KR"/>
        </w:rPr>
        <w:t xml:space="preserve"> </w:t>
      </w:r>
      <w:r>
        <w:rPr>
          <w:lang w:eastAsia="ko-KR"/>
        </w:rPr>
        <w:t>표준</w:t>
      </w:r>
      <w:r>
        <w:rPr>
          <w:lang w:eastAsia="ko-KR"/>
        </w:rPr>
        <w:t xml:space="preserve">(IEEE 383, IEEE 535 </w:t>
      </w:r>
      <w:r>
        <w:rPr>
          <w:lang w:eastAsia="ko-KR"/>
        </w:rPr>
        <w:t>등</w:t>
      </w:r>
      <w:r>
        <w:rPr>
          <w:lang w:eastAsia="ko-KR"/>
        </w:rPr>
        <w:t>)</w:t>
      </w:r>
      <w:r>
        <w:rPr>
          <w:lang w:eastAsia="ko-KR"/>
        </w:rPr>
        <w:t>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기술적</w:t>
      </w:r>
      <w:r>
        <w:rPr>
          <w:lang w:eastAsia="ko-KR"/>
        </w:rPr>
        <w:t xml:space="preserve"> </w:t>
      </w:r>
      <w:r>
        <w:rPr>
          <w:lang w:eastAsia="ko-KR"/>
        </w:rPr>
        <w:t>협의</w:t>
      </w:r>
      <w:r>
        <w:rPr>
          <w:lang w:eastAsia="ko-KR"/>
        </w:rPr>
        <w:t xml:space="preserve"> </w:t>
      </w:r>
      <w:r>
        <w:rPr>
          <w:lang w:eastAsia="ko-KR"/>
        </w:rPr>
        <w:t>지원</w:t>
      </w:r>
    </w:p>
    <w:p w14:paraId="1680905E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국내화</w:t>
      </w:r>
      <w:r>
        <w:rPr>
          <w:lang w:eastAsia="ko-KR"/>
        </w:rPr>
        <w:t xml:space="preserve"> </w:t>
      </w:r>
      <w:r>
        <w:rPr>
          <w:lang w:eastAsia="ko-KR"/>
        </w:rPr>
        <w:t>프로젝트를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원자력</w:t>
      </w:r>
      <w:r>
        <w:rPr>
          <w:lang w:eastAsia="ko-KR"/>
        </w:rPr>
        <w:t xml:space="preserve"> </w:t>
      </w:r>
      <w:r>
        <w:rPr>
          <w:lang w:eastAsia="ko-KR"/>
        </w:rPr>
        <w:t>부품</w:t>
      </w:r>
      <w:r>
        <w:rPr>
          <w:lang w:eastAsia="ko-KR"/>
        </w:rPr>
        <w:t>(</w:t>
      </w:r>
      <w:r>
        <w:rPr>
          <w:lang w:eastAsia="ko-KR"/>
        </w:rPr>
        <w:t>케이블</w:t>
      </w:r>
      <w:r>
        <w:rPr>
          <w:lang w:eastAsia="ko-KR"/>
        </w:rPr>
        <w:t xml:space="preserve">, </w:t>
      </w:r>
      <w:r>
        <w:rPr>
          <w:lang w:eastAsia="ko-KR"/>
        </w:rPr>
        <w:t>배터리</w:t>
      </w:r>
      <w:r>
        <w:rPr>
          <w:lang w:eastAsia="ko-KR"/>
        </w:rPr>
        <w:t xml:space="preserve">, </w:t>
      </w:r>
      <w:r>
        <w:rPr>
          <w:lang w:eastAsia="ko-KR"/>
        </w:rPr>
        <w:t>내화</w:t>
      </w:r>
      <w:r>
        <w:rPr>
          <w:lang w:eastAsia="ko-KR"/>
        </w:rPr>
        <w:t xml:space="preserve"> </w:t>
      </w:r>
      <w:r>
        <w:rPr>
          <w:lang w:eastAsia="ko-KR"/>
        </w:rPr>
        <w:t>매트</w:t>
      </w:r>
      <w:r>
        <w:rPr>
          <w:lang w:eastAsia="ko-KR"/>
        </w:rPr>
        <w:t xml:space="preserve">, </w:t>
      </w:r>
      <w:r>
        <w:rPr>
          <w:lang w:eastAsia="ko-KR"/>
        </w:rPr>
        <w:t>전기</w:t>
      </w:r>
      <w:r>
        <w:rPr>
          <w:lang w:eastAsia="ko-KR"/>
        </w:rPr>
        <w:t xml:space="preserve"> </w:t>
      </w:r>
      <w:r>
        <w:rPr>
          <w:lang w:eastAsia="ko-KR"/>
        </w:rPr>
        <w:t>침투</w:t>
      </w:r>
      <w:r>
        <w:rPr>
          <w:lang w:eastAsia="ko-KR"/>
        </w:rPr>
        <w:t xml:space="preserve"> </w:t>
      </w:r>
      <w:r>
        <w:rPr>
          <w:lang w:eastAsia="ko-KR"/>
        </w:rPr>
        <w:t>어셈블리</w:t>
      </w:r>
      <w:r>
        <w:rPr>
          <w:lang w:eastAsia="ko-KR"/>
        </w:rPr>
        <w:t xml:space="preserve">) </w:t>
      </w:r>
      <w:r>
        <w:rPr>
          <w:lang w:eastAsia="ko-KR"/>
        </w:rPr>
        <w:t>자격</w:t>
      </w:r>
      <w:r>
        <w:rPr>
          <w:lang w:eastAsia="ko-KR"/>
        </w:rPr>
        <w:t xml:space="preserve"> </w:t>
      </w:r>
      <w:r>
        <w:rPr>
          <w:lang w:eastAsia="ko-KR"/>
        </w:rPr>
        <w:t>검증</w:t>
      </w:r>
    </w:p>
    <w:p w14:paraId="5D2F1AF9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규제</w:t>
      </w:r>
      <w:r>
        <w:rPr>
          <w:lang w:eastAsia="ko-KR"/>
        </w:rPr>
        <w:t xml:space="preserve"> </w:t>
      </w:r>
      <w:r>
        <w:rPr>
          <w:lang w:eastAsia="ko-KR"/>
        </w:rPr>
        <w:t>준수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인증</w:t>
      </w:r>
      <w:r>
        <w:rPr>
          <w:lang w:eastAsia="ko-KR"/>
        </w:rPr>
        <w:t xml:space="preserve"> </w:t>
      </w:r>
      <w:r>
        <w:rPr>
          <w:lang w:eastAsia="ko-KR"/>
        </w:rPr>
        <w:t>절차</w:t>
      </w:r>
      <w:r>
        <w:rPr>
          <w:lang w:eastAsia="ko-KR"/>
        </w:rPr>
        <w:t xml:space="preserve"> </w:t>
      </w:r>
      <w:r>
        <w:rPr>
          <w:lang w:eastAsia="ko-KR"/>
        </w:rPr>
        <w:t>지원</w:t>
      </w:r>
    </w:p>
    <w:p w14:paraId="732A9E77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파트너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고객과의</w:t>
      </w:r>
      <w:r>
        <w:rPr>
          <w:lang w:eastAsia="ko-KR"/>
        </w:rPr>
        <w:t xml:space="preserve">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평가</w:t>
      </w:r>
      <w:r>
        <w:rPr>
          <w:lang w:eastAsia="ko-KR"/>
        </w:rPr>
        <w:t xml:space="preserve"> </w:t>
      </w:r>
      <w:r>
        <w:rPr>
          <w:lang w:eastAsia="ko-KR"/>
        </w:rPr>
        <w:t>협업</w:t>
      </w:r>
    </w:p>
    <w:p w14:paraId="450E3D88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lastRenderedPageBreak/>
        <w:t xml:space="preserve">- </w:t>
      </w:r>
      <w:r>
        <w:rPr>
          <w:lang w:eastAsia="ko-KR"/>
        </w:rPr>
        <w:t>초소형</w:t>
      </w:r>
      <w:r>
        <w:rPr>
          <w:lang w:eastAsia="ko-KR"/>
        </w:rPr>
        <w:t xml:space="preserve"> </w:t>
      </w:r>
      <w:r>
        <w:rPr>
          <w:lang w:eastAsia="ko-KR"/>
        </w:rPr>
        <w:t>압력</w:t>
      </w:r>
      <w:r>
        <w:rPr>
          <w:lang w:eastAsia="ko-KR"/>
        </w:rPr>
        <w:t xml:space="preserve"> </w:t>
      </w:r>
      <w:r>
        <w:rPr>
          <w:lang w:eastAsia="ko-KR"/>
        </w:rPr>
        <w:t>센서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VSFF </w:t>
      </w:r>
      <w:r>
        <w:rPr>
          <w:lang w:eastAsia="ko-KR"/>
        </w:rPr>
        <w:t>커넥터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차세대</w:t>
      </w:r>
      <w:r>
        <w:rPr>
          <w:lang w:eastAsia="ko-KR"/>
        </w:rPr>
        <w:t xml:space="preserve"> </w:t>
      </w:r>
      <w:r>
        <w:rPr>
          <w:lang w:eastAsia="ko-KR"/>
        </w:rPr>
        <w:t>제품</w:t>
      </w:r>
      <w:r>
        <w:rPr>
          <w:lang w:eastAsia="ko-KR"/>
        </w:rPr>
        <w:t xml:space="preserve"> </w:t>
      </w:r>
      <w:r>
        <w:rPr>
          <w:lang w:eastAsia="ko-KR"/>
        </w:rPr>
        <w:t>개발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</w:p>
    <w:p w14:paraId="4E5B5F73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연구개발</w:t>
      </w:r>
      <w:r>
        <w:rPr>
          <w:lang w:eastAsia="ko-KR"/>
        </w:rPr>
        <w:t xml:space="preserve">(R&amp;D)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영업</w:t>
      </w:r>
      <w:r>
        <w:rPr>
          <w:lang w:eastAsia="ko-KR"/>
        </w:rPr>
        <w:t xml:space="preserve"> </w:t>
      </w:r>
      <w:r>
        <w:rPr>
          <w:lang w:eastAsia="ko-KR"/>
        </w:rPr>
        <w:t>활동을</w:t>
      </w:r>
      <w:r>
        <w:rPr>
          <w:lang w:eastAsia="ko-KR"/>
        </w:rPr>
        <w:t xml:space="preserve"> </w:t>
      </w:r>
      <w:r>
        <w:rPr>
          <w:lang w:eastAsia="ko-KR"/>
        </w:rPr>
        <w:t>지원하는</w:t>
      </w:r>
      <w:r>
        <w:rPr>
          <w:lang w:eastAsia="ko-KR"/>
        </w:rPr>
        <w:t xml:space="preserve">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문서</w:t>
      </w:r>
      <w:r>
        <w:rPr>
          <w:lang w:eastAsia="ko-KR"/>
        </w:rPr>
        <w:t xml:space="preserve">, </w:t>
      </w:r>
      <w:r>
        <w:rPr>
          <w:lang w:eastAsia="ko-KR"/>
        </w:rPr>
        <w:t>보고서</w:t>
      </w:r>
      <w:r>
        <w:rPr>
          <w:lang w:eastAsia="ko-KR"/>
        </w:rPr>
        <w:t xml:space="preserve">, </w:t>
      </w:r>
      <w:r>
        <w:rPr>
          <w:lang w:eastAsia="ko-KR"/>
        </w:rPr>
        <w:t>프레젠테이션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</w:p>
    <w:p w14:paraId="22699ED6" w14:textId="77777777" w:rsidR="007D6A1C" w:rsidRDefault="007D6A1C">
      <w:pPr>
        <w:rPr>
          <w:lang w:eastAsia="ko-KR"/>
        </w:rPr>
      </w:pPr>
    </w:p>
    <w:p w14:paraId="48FF4C56" w14:textId="77777777" w:rsidR="007D6A1C" w:rsidRPr="00066778" w:rsidRDefault="00000000">
      <w:pPr>
        <w:pBdr>
          <w:bottom w:val="single" w:sz="6" w:space="1" w:color="auto"/>
        </w:pBdr>
        <w:spacing w:before="240" w:after="120"/>
        <w:rPr>
          <w:sz w:val="24"/>
          <w:szCs w:val="24"/>
          <w:lang w:eastAsia="ko-KR"/>
        </w:rPr>
      </w:pPr>
      <w:bookmarkStart w:id="0" w:name="_Hlk210211365"/>
      <w:r w:rsidRPr="00066778">
        <w:rPr>
          <w:b/>
          <w:color w:val="003366"/>
          <w:sz w:val="24"/>
          <w:szCs w:val="24"/>
          <w:lang w:eastAsia="ko-KR"/>
        </w:rPr>
        <w:t>자격</w:t>
      </w:r>
      <w:r w:rsidRPr="00066778">
        <w:rPr>
          <w:b/>
          <w:color w:val="003366"/>
          <w:sz w:val="24"/>
          <w:szCs w:val="24"/>
          <w:lang w:eastAsia="ko-KR"/>
        </w:rPr>
        <w:t xml:space="preserve"> </w:t>
      </w:r>
      <w:r w:rsidRPr="00066778">
        <w:rPr>
          <w:b/>
          <w:color w:val="003366"/>
          <w:sz w:val="24"/>
          <w:szCs w:val="24"/>
          <w:lang w:eastAsia="ko-KR"/>
        </w:rPr>
        <w:t>요건</w:t>
      </w:r>
    </w:p>
    <w:bookmarkEnd w:id="0"/>
    <w:p w14:paraId="05205BDC" w14:textId="77777777" w:rsidR="007D6A1C" w:rsidRDefault="007D6A1C">
      <w:pPr>
        <w:rPr>
          <w:lang w:eastAsia="ko-KR"/>
        </w:rPr>
      </w:pPr>
    </w:p>
    <w:p w14:paraId="4570A784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원자력공학</w:t>
      </w:r>
      <w:r>
        <w:rPr>
          <w:lang w:eastAsia="ko-KR"/>
        </w:rPr>
        <w:t xml:space="preserve">, </w:t>
      </w:r>
      <w:r>
        <w:rPr>
          <w:lang w:eastAsia="ko-KR"/>
        </w:rPr>
        <w:t>전기공학</w:t>
      </w:r>
      <w:r>
        <w:rPr>
          <w:lang w:eastAsia="ko-KR"/>
        </w:rPr>
        <w:t xml:space="preserve">, </w:t>
      </w:r>
      <w:r>
        <w:rPr>
          <w:lang w:eastAsia="ko-KR"/>
        </w:rPr>
        <w:t>재료공학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분야</w:t>
      </w:r>
      <w:r>
        <w:rPr>
          <w:lang w:eastAsia="ko-KR"/>
        </w:rPr>
        <w:t xml:space="preserve"> </w:t>
      </w:r>
      <w:r>
        <w:rPr>
          <w:lang w:eastAsia="ko-KR"/>
        </w:rPr>
        <w:t>석사</w:t>
      </w:r>
      <w:r>
        <w:rPr>
          <w:lang w:eastAsia="ko-KR"/>
        </w:rPr>
        <w:t>/</w:t>
      </w:r>
      <w:r>
        <w:rPr>
          <w:lang w:eastAsia="ko-KR"/>
        </w:rPr>
        <w:t>박사</w:t>
      </w:r>
      <w:r>
        <w:rPr>
          <w:lang w:eastAsia="ko-KR"/>
        </w:rPr>
        <w:t xml:space="preserve"> </w:t>
      </w:r>
      <w:r>
        <w:rPr>
          <w:lang w:eastAsia="ko-KR"/>
        </w:rPr>
        <w:t>학위</w:t>
      </w:r>
    </w:p>
    <w:p w14:paraId="0DD74D52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원자력</w:t>
      </w:r>
      <w:r>
        <w:rPr>
          <w:lang w:eastAsia="ko-KR"/>
        </w:rPr>
        <w:t xml:space="preserve"> </w:t>
      </w:r>
      <w:r>
        <w:rPr>
          <w:lang w:eastAsia="ko-KR"/>
        </w:rPr>
        <w:t>안전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부품</w:t>
      </w:r>
      <w:r>
        <w:rPr>
          <w:lang w:eastAsia="ko-KR"/>
        </w:rPr>
        <w:t xml:space="preserve"> </w:t>
      </w:r>
      <w:r>
        <w:rPr>
          <w:lang w:eastAsia="ko-KR"/>
        </w:rPr>
        <w:t>자격</w:t>
      </w:r>
      <w:r>
        <w:rPr>
          <w:lang w:eastAsia="ko-KR"/>
        </w:rPr>
        <w:t xml:space="preserve"> </w:t>
      </w:r>
      <w:r>
        <w:rPr>
          <w:lang w:eastAsia="ko-KR"/>
        </w:rPr>
        <w:t>검증</w:t>
      </w:r>
      <w:r>
        <w:rPr>
          <w:lang w:eastAsia="ko-KR"/>
        </w:rPr>
        <w:t xml:space="preserve"> </w:t>
      </w:r>
      <w:r>
        <w:rPr>
          <w:lang w:eastAsia="ko-KR"/>
        </w:rPr>
        <w:t>프로세스에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지식</w:t>
      </w:r>
      <w:r>
        <w:rPr>
          <w:lang w:eastAsia="ko-KR"/>
        </w:rPr>
        <w:t xml:space="preserve"> </w:t>
      </w:r>
      <w:r>
        <w:rPr>
          <w:lang w:eastAsia="ko-KR"/>
        </w:rPr>
        <w:t>보유</w:t>
      </w:r>
    </w:p>
    <w:p w14:paraId="17BDF884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원자력</w:t>
      </w:r>
      <w:r>
        <w:rPr>
          <w:lang w:eastAsia="ko-KR"/>
        </w:rPr>
        <w:t xml:space="preserve"> </w:t>
      </w:r>
      <w:r>
        <w:rPr>
          <w:lang w:eastAsia="ko-KR"/>
        </w:rPr>
        <w:t>발전소</w:t>
      </w:r>
      <w:r>
        <w:rPr>
          <w:lang w:eastAsia="ko-KR"/>
        </w:rPr>
        <w:t xml:space="preserve"> </w:t>
      </w:r>
      <w:r>
        <w:rPr>
          <w:lang w:eastAsia="ko-KR"/>
        </w:rPr>
        <w:t>시스템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인증</w:t>
      </w:r>
      <w:r>
        <w:rPr>
          <w:lang w:eastAsia="ko-KR"/>
        </w:rPr>
        <w:t xml:space="preserve"> </w:t>
      </w:r>
      <w:r>
        <w:rPr>
          <w:lang w:eastAsia="ko-KR"/>
        </w:rPr>
        <w:t>경험</w:t>
      </w:r>
      <w:r>
        <w:rPr>
          <w:lang w:eastAsia="ko-KR"/>
        </w:rPr>
        <w:t xml:space="preserve"> </w:t>
      </w:r>
      <w:r>
        <w:rPr>
          <w:lang w:eastAsia="ko-KR"/>
        </w:rPr>
        <w:t>우대</w:t>
      </w:r>
    </w:p>
    <w:p w14:paraId="6DF39C7E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뛰어난</w:t>
      </w:r>
      <w:r>
        <w:rPr>
          <w:lang w:eastAsia="ko-KR"/>
        </w:rPr>
        <w:t xml:space="preserve">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커뮤니케이션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문서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  <w:r>
        <w:rPr>
          <w:lang w:eastAsia="ko-KR"/>
        </w:rPr>
        <w:t xml:space="preserve"> </w:t>
      </w:r>
      <w:r>
        <w:rPr>
          <w:lang w:eastAsia="ko-KR"/>
        </w:rPr>
        <w:t>능력</w:t>
      </w:r>
    </w:p>
    <w:p w14:paraId="35C784FC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한국어</w:t>
      </w:r>
      <w:r>
        <w:rPr>
          <w:lang w:eastAsia="ko-KR"/>
        </w:rPr>
        <w:t xml:space="preserve"> </w:t>
      </w:r>
      <w:r>
        <w:rPr>
          <w:lang w:eastAsia="ko-KR"/>
        </w:rPr>
        <w:t>능통자</w:t>
      </w:r>
      <w:r>
        <w:rPr>
          <w:lang w:eastAsia="ko-KR"/>
        </w:rPr>
        <w:t xml:space="preserve">, </w:t>
      </w:r>
      <w:r>
        <w:rPr>
          <w:lang w:eastAsia="ko-KR"/>
        </w:rPr>
        <w:t>영어</w:t>
      </w:r>
      <w:r>
        <w:rPr>
          <w:lang w:eastAsia="ko-KR"/>
        </w:rPr>
        <w:t xml:space="preserve"> </w:t>
      </w:r>
      <w:r>
        <w:rPr>
          <w:lang w:eastAsia="ko-KR"/>
        </w:rPr>
        <w:t>가능자</w:t>
      </w:r>
      <w:r>
        <w:rPr>
          <w:lang w:eastAsia="ko-KR"/>
        </w:rPr>
        <w:t xml:space="preserve"> </w:t>
      </w:r>
      <w:r>
        <w:rPr>
          <w:lang w:eastAsia="ko-KR"/>
        </w:rPr>
        <w:t>우대</w:t>
      </w:r>
    </w:p>
    <w:p w14:paraId="42459116" w14:textId="77777777" w:rsidR="007D6A1C" w:rsidRDefault="007D6A1C">
      <w:pPr>
        <w:rPr>
          <w:lang w:eastAsia="ko-KR"/>
        </w:rPr>
      </w:pPr>
    </w:p>
    <w:p w14:paraId="7C4FFF49" w14:textId="5A2547B7" w:rsidR="00066778" w:rsidRPr="00066778" w:rsidRDefault="00066778" w:rsidP="00066778">
      <w:pPr>
        <w:pBdr>
          <w:bottom w:val="single" w:sz="6" w:space="1" w:color="auto"/>
        </w:pBdr>
        <w:spacing w:before="240" w:after="120"/>
        <w:rPr>
          <w:rFonts w:eastAsia="Malgun Gothic" w:hint="eastAsia"/>
          <w:lang w:eastAsia="ko-KR"/>
        </w:rPr>
      </w:pPr>
      <w:bookmarkStart w:id="1" w:name="_Hlk210211492"/>
      <w:r>
        <w:rPr>
          <w:rFonts w:eastAsia="Malgun Gothic" w:cs="Malgun Gothic" w:hint="eastAsia"/>
          <w:b/>
          <w:color w:val="003366"/>
          <w:sz w:val="24"/>
          <w:lang w:eastAsia="ko-KR"/>
        </w:rPr>
        <w:t>역량</w:t>
      </w:r>
    </w:p>
    <w:bookmarkEnd w:id="1"/>
    <w:p w14:paraId="0C39BD9E" w14:textId="77777777" w:rsidR="00066778" w:rsidRPr="00066778" w:rsidRDefault="00066778" w:rsidP="00066778">
      <w:pPr>
        <w:spacing w:before="240" w:after="120"/>
        <w:rPr>
          <w:rFonts w:eastAsia="Malgun Gothic" w:hint="eastAsia"/>
          <w:lang w:eastAsia="ko-KR"/>
        </w:rPr>
      </w:pPr>
    </w:p>
    <w:p w14:paraId="668629B9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심도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전문성과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능력</w:t>
      </w:r>
    </w:p>
    <w:p w14:paraId="43FB8F0D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원자력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첨단</w:t>
      </w:r>
      <w:r>
        <w:rPr>
          <w:lang w:eastAsia="ko-KR"/>
        </w:rPr>
        <w:t xml:space="preserve"> </w:t>
      </w:r>
      <w:r>
        <w:rPr>
          <w:lang w:eastAsia="ko-KR"/>
        </w:rPr>
        <w:t>부품</w:t>
      </w:r>
      <w:r>
        <w:rPr>
          <w:lang w:eastAsia="ko-KR"/>
        </w:rPr>
        <w:t xml:space="preserve"> </w:t>
      </w:r>
      <w:r>
        <w:rPr>
          <w:lang w:eastAsia="ko-KR"/>
        </w:rPr>
        <w:t>개발에서의</w:t>
      </w:r>
      <w:r>
        <w:rPr>
          <w:lang w:eastAsia="ko-KR"/>
        </w:rPr>
        <w:t xml:space="preserve"> </w:t>
      </w:r>
      <w:r>
        <w:rPr>
          <w:lang w:eastAsia="ko-KR"/>
        </w:rPr>
        <w:t>혁신</w:t>
      </w:r>
      <w:r>
        <w:rPr>
          <w:lang w:eastAsia="ko-KR"/>
        </w:rPr>
        <w:t xml:space="preserve"> </w:t>
      </w:r>
      <w:r>
        <w:rPr>
          <w:lang w:eastAsia="ko-KR"/>
        </w:rPr>
        <w:t>추진</w:t>
      </w:r>
      <w:r>
        <w:rPr>
          <w:lang w:eastAsia="ko-KR"/>
        </w:rPr>
        <w:t xml:space="preserve"> </w:t>
      </w:r>
      <w:r>
        <w:rPr>
          <w:lang w:eastAsia="ko-KR"/>
        </w:rPr>
        <w:t>능력</w:t>
      </w:r>
    </w:p>
    <w:p w14:paraId="24ABAE55" w14:textId="77777777" w:rsidR="007D6A1C" w:rsidRDefault="00000000">
      <w:pPr>
        <w:spacing w:before="240" w:after="120"/>
        <w:rPr>
          <w:lang w:eastAsia="ko-KR"/>
        </w:rPr>
      </w:pPr>
      <w:r>
        <w:rPr>
          <w:b/>
          <w:color w:val="003366"/>
          <w:sz w:val="24"/>
          <w:lang w:eastAsia="ko-KR"/>
        </w:rPr>
        <w:t xml:space="preserve">- </w:t>
      </w:r>
      <w:r>
        <w:rPr>
          <w:lang w:eastAsia="ko-KR"/>
        </w:rPr>
        <w:t>협업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부서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팀워크</w:t>
      </w:r>
      <w:r>
        <w:rPr>
          <w:lang w:eastAsia="ko-KR"/>
        </w:rPr>
        <w:t xml:space="preserve"> </w:t>
      </w:r>
      <w:r>
        <w:rPr>
          <w:lang w:eastAsia="ko-KR"/>
        </w:rPr>
        <w:t>역량</w:t>
      </w:r>
    </w:p>
    <w:p w14:paraId="694BA6BA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탁월한</w:t>
      </w:r>
      <w:r>
        <w:rPr>
          <w:lang w:eastAsia="ko-KR"/>
        </w:rPr>
        <w:t xml:space="preserve"> </w:t>
      </w:r>
      <w:r>
        <w:rPr>
          <w:lang w:eastAsia="ko-KR"/>
        </w:rPr>
        <w:t>문서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구두</w:t>
      </w:r>
      <w:r>
        <w:rPr>
          <w:lang w:eastAsia="ko-KR"/>
        </w:rPr>
        <w:t xml:space="preserve"> </w:t>
      </w:r>
      <w:r>
        <w:rPr>
          <w:lang w:eastAsia="ko-KR"/>
        </w:rPr>
        <w:t>커뮤니케이션</w:t>
      </w:r>
      <w:r>
        <w:rPr>
          <w:lang w:eastAsia="ko-KR"/>
        </w:rPr>
        <w:t xml:space="preserve"> </w:t>
      </w:r>
      <w:r>
        <w:rPr>
          <w:lang w:eastAsia="ko-KR"/>
        </w:rPr>
        <w:t>능력</w:t>
      </w:r>
    </w:p>
    <w:p w14:paraId="16482216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품질</w:t>
      </w:r>
      <w:r>
        <w:rPr>
          <w:lang w:eastAsia="ko-KR"/>
        </w:rPr>
        <w:t xml:space="preserve">, </w:t>
      </w:r>
      <w:r>
        <w:rPr>
          <w:lang w:eastAsia="ko-KR"/>
        </w:rPr>
        <w:t>안전</w:t>
      </w:r>
      <w:r>
        <w:rPr>
          <w:lang w:eastAsia="ko-KR"/>
        </w:rPr>
        <w:t xml:space="preserve">, </w:t>
      </w:r>
      <w:r>
        <w:rPr>
          <w:lang w:eastAsia="ko-KR"/>
        </w:rPr>
        <w:t>신뢰성에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높은</w:t>
      </w:r>
      <w:r>
        <w:rPr>
          <w:lang w:eastAsia="ko-KR"/>
        </w:rPr>
        <w:t xml:space="preserve"> </w:t>
      </w:r>
      <w:r>
        <w:rPr>
          <w:lang w:eastAsia="ko-KR"/>
        </w:rPr>
        <w:t>헌신</w:t>
      </w:r>
    </w:p>
    <w:p w14:paraId="2909F0D6" w14:textId="19C51A01" w:rsidR="007D6A1C" w:rsidRPr="00066778" w:rsidRDefault="007D6A1C" w:rsidP="00066778">
      <w:pPr>
        <w:spacing w:before="240" w:after="120"/>
        <w:rPr>
          <w:rFonts w:eastAsia="Malgun Gothic" w:hint="eastAsia"/>
          <w:lang w:eastAsia="ko-KR"/>
        </w:rPr>
      </w:pPr>
    </w:p>
    <w:p w14:paraId="231F49B0" w14:textId="6AE9A372" w:rsidR="00066778" w:rsidRPr="00066778" w:rsidRDefault="00066778" w:rsidP="00066778">
      <w:pPr>
        <w:pBdr>
          <w:bottom w:val="single" w:sz="6" w:space="1" w:color="auto"/>
        </w:pBdr>
        <w:spacing w:before="240" w:after="120"/>
        <w:rPr>
          <w:rFonts w:eastAsia="Malgun Gothic" w:hint="eastAsia"/>
          <w:lang w:eastAsia="ko-KR"/>
        </w:rPr>
      </w:pPr>
      <w:r>
        <w:rPr>
          <w:rFonts w:eastAsia="Malgun Gothic" w:cs="Malgun Gothic" w:hint="eastAsia"/>
          <w:b/>
          <w:color w:val="003366"/>
          <w:sz w:val="24"/>
          <w:lang w:eastAsia="ko-KR"/>
        </w:rPr>
        <w:t>보상 및 복리후생</w:t>
      </w:r>
    </w:p>
    <w:p w14:paraId="222C4540" w14:textId="77777777" w:rsidR="00066778" w:rsidRPr="00066778" w:rsidRDefault="00066778" w:rsidP="00066778">
      <w:pPr>
        <w:spacing w:before="240" w:after="120"/>
        <w:rPr>
          <w:rFonts w:eastAsia="Malgun Gothic" w:hint="eastAsia"/>
          <w:lang w:eastAsia="ko-KR"/>
        </w:rPr>
      </w:pPr>
    </w:p>
    <w:p w14:paraId="7D6919C8" w14:textId="7BE89DE0" w:rsidR="007D6A1C" w:rsidRPr="00D251EB" w:rsidRDefault="00000000">
      <w:pPr>
        <w:spacing w:after="80"/>
        <w:rPr>
          <w:rFonts w:eastAsia="Malgun Gothic" w:hint="eastAsia"/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석사</w:t>
      </w:r>
      <w:r>
        <w:rPr>
          <w:lang w:eastAsia="ko-KR"/>
        </w:rPr>
        <w:t xml:space="preserve"> </w:t>
      </w:r>
      <w:r>
        <w:rPr>
          <w:lang w:eastAsia="ko-KR"/>
        </w:rPr>
        <w:t>학위</w:t>
      </w:r>
      <w:r>
        <w:rPr>
          <w:lang w:eastAsia="ko-KR"/>
        </w:rPr>
        <w:t xml:space="preserve"> </w:t>
      </w:r>
      <w:r>
        <w:rPr>
          <w:lang w:eastAsia="ko-KR"/>
        </w:rPr>
        <w:t>소지자</w:t>
      </w:r>
      <w:r>
        <w:rPr>
          <w:lang w:eastAsia="ko-KR"/>
        </w:rPr>
        <w:t xml:space="preserve">: </w:t>
      </w:r>
      <w:r>
        <w:rPr>
          <w:lang w:eastAsia="ko-KR"/>
        </w:rPr>
        <w:t>연봉</w:t>
      </w:r>
      <w:r>
        <w:rPr>
          <w:lang w:eastAsia="ko-KR"/>
        </w:rPr>
        <w:t xml:space="preserve"> 5</w:t>
      </w:r>
      <w:r w:rsidR="00A36191">
        <w:rPr>
          <w:rFonts w:eastAsia="Malgun Gothic" w:hint="eastAsia"/>
          <w:lang w:eastAsia="ko-KR"/>
        </w:rPr>
        <w:t>.5</w:t>
      </w:r>
      <w:r w:rsidR="00D251EB">
        <w:rPr>
          <w:rFonts w:eastAsia="Malgun Gothic" w:hint="eastAsia"/>
          <w:lang w:eastAsia="ko-KR"/>
        </w:rPr>
        <w:t xml:space="preserve">+ </w:t>
      </w:r>
      <w:r>
        <w:rPr>
          <w:lang w:eastAsia="ko-KR"/>
        </w:rPr>
        <w:t>천만</w:t>
      </w:r>
      <w:r>
        <w:rPr>
          <w:lang w:eastAsia="ko-KR"/>
        </w:rPr>
        <w:t xml:space="preserve"> </w:t>
      </w:r>
      <w:r>
        <w:rPr>
          <w:lang w:eastAsia="ko-KR"/>
        </w:rPr>
        <w:t>원</w:t>
      </w:r>
      <w:r w:rsidR="00D251EB">
        <w:rPr>
          <w:rFonts w:eastAsia="Malgun Gothic" w:hint="eastAsia"/>
          <w:lang w:eastAsia="ko-KR"/>
        </w:rPr>
        <w:t xml:space="preserve"> </w:t>
      </w:r>
    </w:p>
    <w:p w14:paraId="440EF7E8" w14:textId="0ADE2B96" w:rsidR="007D6A1C" w:rsidRDefault="00000000">
      <w:pPr>
        <w:spacing w:after="80"/>
        <w:rPr>
          <w:lang w:eastAsia="ko-KR"/>
        </w:rPr>
      </w:pPr>
      <w:r>
        <w:rPr>
          <w:lang w:eastAsia="ko-KR"/>
        </w:rPr>
        <w:lastRenderedPageBreak/>
        <w:t xml:space="preserve">- </w:t>
      </w:r>
      <w:r>
        <w:rPr>
          <w:lang w:eastAsia="ko-KR"/>
        </w:rPr>
        <w:t>박사</w:t>
      </w:r>
      <w:r>
        <w:rPr>
          <w:lang w:eastAsia="ko-KR"/>
        </w:rPr>
        <w:t xml:space="preserve"> </w:t>
      </w:r>
      <w:r>
        <w:rPr>
          <w:lang w:eastAsia="ko-KR"/>
        </w:rPr>
        <w:t>학위</w:t>
      </w:r>
      <w:r>
        <w:rPr>
          <w:lang w:eastAsia="ko-KR"/>
        </w:rPr>
        <w:t xml:space="preserve"> </w:t>
      </w:r>
      <w:r>
        <w:rPr>
          <w:lang w:eastAsia="ko-KR"/>
        </w:rPr>
        <w:t>소지자</w:t>
      </w:r>
      <w:r>
        <w:rPr>
          <w:lang w:eastAsia="ko-KR"/>
        </w:rPr>
        <w:t xml:space="preserve">: </w:t>
      </w:r>
      <w:r>
        <w:rPr>
          <w:lang w:eastAsia="ko-KR"/>
        </w:rPr>
        <w:t>연봉</w:t>
      </w:r>
      <w:r>
        <w:rPr>
          <w:lang w:eastAsia="ko-KR"/>
        </w:rPr>
        <w:t xml:space="preserve"> 7</w:t>
      </w:r>
      <w:r w:rsidR="00D251EB">
        <w:rPr>
          <w:rFonts w:eastAsia="Malgun Gothic" w:hint="eastAsia"/>
          <w:lang w:eastAsia="ko-KR"/>
        </w:rPr>
        <w:t xml:space="preserve">+ </w:t>
      </w:r>
      <w:r>
        <w:rPr>
          <w:lang w:eastAsia="ko-KR"/>
        </w:rPr>
        <w:t>천만</w:t>
      </w:r>
      <w:r>
        <w:rPr>
          <w:lang w:eastAsia="ko-KR"/>
        </w:rPr>
        <w:t xml:space="preserve"> </w:t>
      </w:r>
      <w:r>
        <w:rPr>
          <w:lang w:eastAsia="ko-KR"/>
        </w:rPr>
        <w:t>원</w:t>
      </w:r>
    </w:p>
    <w:p w14:paraId="0D4948A4" w14:textId="77777777" w:rsidR="007D6A1C" w:rsidRDefault="00000000">
      <w:pPr>
        <w:spacing w:after="80"/>
        <w:rPr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성과</w:t>
      </w:r>
      <w:r>
        <w:rPr>
          <w:lang w:eastAsia="ko-KR"/>
        </w:rPr>
        <w:t xml:space="preserve">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인센티브</w:t>
      </w:r>
      <w:r>
        <w:rPr>
          <w:lang w:eastAsia="ko-KR"/>
        </w:rPr>
        <w:t xml:space="preserve">: KPI </w:t>
      </w:r>
      <w:r>
        <w:rPr>
          <w:lang w:eastAsia="ko-KR"/>
        </w:rPr>
        <w:t>달성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최대</w:t>
      </w:r>
      <w:r>
        <w:rPr>
          <w:lang w:eastAsia="ko-KR"/>
        </w:rPr>
        <w:t xml:space="preserve"> 3</w:t>
      </w:r>
      <w:r>
        <w:rPr>
          <w:lang w:eastAsia="ko-KR"/>
        </w:rPr>
        <w:t>개월</w:t>
      </w:r>
      <w:r>
        <w:rPr>
          <w:lang w:eastAsia="ko-KR"/>
        </w:rPr>
        <w:t xml:space="preserve"> </w:t>
      </w:r>
      <w:r>
        <w:rPr>
          <w:lang w:eastAsia="ko-KR"/>
        </w:rPr>
        <w:t>급여</w:t>
      </w:r>
      <w:r>
        <w:rPr>
          <w:lang w:eastAsia="ko-KR"/>
        </w:rPr>
        <w:t xml:space="preserve"> </w:t>
      </w:r>
      <w:r>
        <w:rPr>
          <w:lang w:eastAsia="ko-KR"/>
        </w:rPr>
        <w:t>추가</w:t>
      </w:r>
      <w:r>
        <w:rPr>
          <w:lang w:eastAsia="ko-KR"/>
        </w:rPr>
        <w:t xml:space="preserve"> </w:t>
      </w:r>
      <w:r>
        <w:rPr>
          <w:lang w:eastAsia="ko-KR"/>
        </w:rPr>
        <w:t>지급</w:t>
      </w:r>
    </w:p>
    <w:p w14:paraId="3FD56945" w14:textId="3CE3BDAA" w:rsidR="007D6A1C" w:rsidRPr="00066778" w:rsidRDefault="00000000" w:rsidP="00066778">
      <w:pPr>
        <w:spacing w:after="80"/>
        <w:rPr>
          <w:rFonts w:eastAsia="Malgun Gothic" w:hint="eastAsia"/>
          <w:lang w:eastAsia="ko-KR"/>
        </w:rPr>
      </w:pPr>
      <w:r>
        <w:rPr>
          <w:lang w:eastAsia="ko-KR"/>
        </w:rPr>
        <w:t xml:space="preserve">-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협업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역동적인</w:t>
      </w:r>
      <w:r>
        <w:rPr>
          <w:lang w:eastAsia="ko-KR"/>
        </w:rPr>
        <w:t xml:space="preserve"> </w:t>
      </w:r>
      <w:r>
        <w:rPr>
          <w:lang w:eastAsia="ko-KR"/>
        </w:rPr>
        <w:t>조직</w:t>
      </w:r>
      <w:r>
        <w:rPr>
          <w:lang w:eastAsia="ko-KR"/>
        </w:rPr>
        <w:t xml:space="preserve"> </w:t>
      </w:r>
      <w:r>
        <w:rPr>
          <w:lang w:eastAsia="ko-KR"/>
        </w:rPr>
        <w:t>내</w:t>
      </w:r>
      <w:r>
        <w:rPr>
          <w:lang w:eastAsia="ko-KR"/>
        </w:rPr>
        <w:t xml:space="preserve"> </w:t>
      </w:r>
      <w:r>
        <w:rPr>
          <w:lang w:eastAsia="ko-KR"/>
        </w:rPr>
        <w:t>경력</w:t>
      </w:r>
      <w:r>
        <w:rPr>
          <w:lang w:eastAsia="ko-KR"/>
        </w:rPr>
        <w:t xml:space="preserve"> </w:t>
      </w:r>
      <w:r>
        <w:rPr>
          <w:lang w:eastAsia="ko-KR"/>
        </w:rPr>
        <w:t>성장</w:t>
      </w:r>
      <w:r>
        <w:rPr>
          <w:lang w:eastAsia="ko-KR"/>
        </w:rPr>
        <w:t xml:space="preserve"> </w:t>
      </w:r>
      <w:r>
        <w:rPr>
          <w:lang w:eastAsia="ko-KR"/>
        </w:rPr>
        <w:t>기회</w:t>
      </w:r>
      <w:r>
        <w:rPr>
          <w:lang w:eastAsia="ko-KR"/>
        </w:rPr>
        <w:t xml:space="preserve"> </w:t>
      </w:r>
      <w:r>
        <w:rPr>
          <w:lang w:eastAsia="ko-KR"/>
        </w:rPr>
        <w:t>제공</w:t>
      </w:r>
    </w:p>
    <w:p w14:paraId="79344498" w14:textId="77777777" w:rsidR="007D6A1C" w:rsidRPr="00066778" w:rsidRDefault="00000000">
      <w:pPr>
        <w:pBdr>
          <w:bottom w:val="single" w:sz="6" w:space="1" w:color="auto"/>
        </w:pBdr>
        <w:spacing w:before="240" w:after="120"/>
        <w:rPr>
          <w:sz w:val="24"/>
          <w:szCs w:val="24"/>
          <w:lang w:eastAsia="ko-KR"/>
        </w:rPr>
      </w:pPr>
      <w:r w:rsidRPr="00066778">
        <w:rPr>
          <w:b/>
          <w:color w:val="003366"/>
          <w:sz w:val="24"/>
          <w:szCs w:val="24"/>
          <w:lang w:eastAsia="ko-KR"/>
        </w:rPr>
        <w:t>지원</w:t>
      </w:r>
      <w:r w:rsidRPr="00066778">
        <w:rPr>
          <w:b/>
          <w:color w:val="003366"/>
          <w:sz w:val="24"/>
          <w:szCs w:val="24"/>
          <w:lang w:eastAsia="ko-KR"/>
        </w:rPr>
        <w:t xml:space="preserve"> </w:t>
      </w:r>
      <w:r w:rsidRPr="00066778">
        <w:rPr>
          <w:b/>
          <w:color w:val="003366"/>
          <w:sz w:val="24"/>
          <w:szCs w:val="24"/>
          <w:lang w:eastAsia="ko-KR"/>
        </w:rPr>
        <w:t>방법</w:t>
      </w:r>
    </w:p>
    <w:p w14:paraId="653874D3" w14:textId="77777777" w:rsidR="007D6A1C" w:rsidRDefault="007D6A1C">
      <w:pPr>
        <w:rPr>
          <w:lang w:eastAsia="ko-KR"/>
        </w:rPr>
      </w:pPr>
    </w:p>
    <w:p w14:paraId="41E6BB5D" w14:textId="1D0A32A2" w:rsidR="007D6A1C" w:rsidRDefault="00000000">
      <w:pPr>
        <w:rPr>
          <w:lang w:eastAsia="ko-KR"/>
        </w:rPr>
      </w:pPr>
      <w:r>
        <w:rPr>
          <w:lang w:eastAsia="ko-KR"/>
        </w:rPr>
        <w:t>관심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지원자는</w:t>
      </w:r>
      <w:r>
        <w:rPr>
          <w:lang w:eastAsia="ko-KR"/>
        </w:rPr>
        <w:t xml:space="preserve"> </w:t>
      </w:r>
      <w:r>
        <w:rPr>
          <w:lang w:eastAsia="ko-KR"/>
        </w:rPr>
        <w:t>이력서</w:t>
      </w:r>
      <w:r>
        <w:rPr>
          <w:lang w:eastAsia="ko-KR"/>
        </w:rPr>
        <w:t xml:space="preserve">, </w:t>
      </w:r>
      <w:r>
        <w:rPr>
          <w:lang w:eastAsia="ko-KR"/>
        </w:rPr>
        <w:t>자기소개서</w:t>
      </w:r>
      <w:r>
        <w:rPr>
          <w:lang w:eastAsia="ko-KR"/>
        </w:rPr>
        <w:t xml:space="preserve">,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자격증</w:t>
      </w:r>
      <w:r>
        <w:rPr>
          <w:lang w:eastAsia="ko-KR"/>
        </w:rPr>
        <w:t xml:space="preserve"> </w:t>
      </w:r>
      <w:r>
        <w:rPr>
          <w:lang w:eastAsia="ko-KR"/>
        </w:rPr>
        <w:t>사본을</w:t>
      </w:r>
      <w:r>
        <w:rPr>
          <w:lang w:eastAsia="ko-KR"/>
        </w:rPr>
        <w:t xml:space="preserve"> </w:t>
      </w:r>
      <w:r w:rsidR="00066778">
        <w:rPr>
          <w:rFonts w:eastAsia="Malgun Gothic" w:cs="Malgun Gothic" w:hint="eastAsia"/>
          <w:lang w:eastAsia="ko-KR"/>
        </w:rPr>
        <w:t xml:space="preserve">To : </w:t>
      </w:r>
      <w:hyperlink r:id="rId6" w:history="1">
        <w:r w:rsidR="00066778" w:rsidRPr="00852A5F">
          <w:rPr>
            <w:rStyle w:val="aff1"/>
            <w:lang w:eastAsia="ko-KR"/>
          </w:rPr>
          <w:t>sales@hcng.co.kr</w:t>
        </w:r>
      </w:hyperlink>
      <w:r w:rsidR="00066778">
        <w:rPr>
          <w:rFonts w:eastAsia="Malgun Gothic" w:hint="eastAsia"/>
          <w:lang w:eastAsia="ko-KR"/>
        </w:rPr>
        <w:t xml:space="preserve">, CC : </w:t>
      </w:r>
      <w:hyperlink r:id="rId7" w:history="1">
        <w:r w:rsidR="00066778" w:rsidRPr="00852A5F">
          <w:rPr>
            <w:rStyle w:val="aff1"/>
            <w:rFonts w:eastAsia="Malgun Gothic" w:hint="eastAsia"/>
            <w:lang w:eastAsia="ko-KR"/>
          </w:rPr>
          <w:t>kevin.oh@hcng.co.kr</w:t>
        </w:r>
      </w:hyperlink>
      <w:r w:rsidR="00066778">
        <w:rPr>
          <w:rFonts w:eastAsia="Malgun Gothic" w:hint="eastAsia"/>
          <w:lang w:eastAsia="ko-KR"/>
        </w:rPr>
        <w:t xml:space="preserve"> </w:t>
      </w:r>
      <w:r>
        <w:rPr>
          <w:lang w:eastAsia="ko-KR"/>
        </w:rPr>
        <w:t>로</w:t>
      </w:r>
      <w:r>
        <w:rPr>
          <w:lang w:eastAsia="ko-KR"/>
        </w:rPr>
        <w:t xml:space="preserve"> </w:t>
      </w:r>
      <w:r>
        <w:rPr>
          <w:lang w:eastAsia="ko-KR"/>
        </w:rPr>
        <w:t>제출하시기</w:t>
      </w:r>
      <w:r>
        <w:rPr>
          <w:lang w:eastAsia="ko-KR"/>
        </w:rPr>
        <w:t xml:space="preserve"> </w:t>
      </w:r>
      <w:r>
        <w:rPr>
          <w:lang w:eastAsia="ko-KR"/>
        </w:rPr>
        <w:t>바랍니다</w:t>
      </w:r>
      <w:r>
        <w:rPr>
          <w:lang w:eastAsia="ko-KR"/>
        </w:rPr>
        <w:t>.</w:t>
      </w:r>
    </w:p>
    <w:p w14:paraId="4BAEAA2A" w14:textId="77777777" w:rsidR="007D6A1C" w:rsidRDefault="00000000">
      <w:pPr>
        <w:rPr>
          <w:lang w:eastAsia="ko-KR"/>
        </w:rPr>
      </w:pPr>
      <w:r>
        <w:rPr>
          <w:lang w:eastAsia="ko-KR"/>
        </w:rPr>
        <w:t>지원서는</w:t>
      </w:r>
      <w:r>
        <w:rPr>
          <w:lang w:eastAsia="ko-KR"/>
        </w:rPr>
        <w:t xml:space="preserve"> </w:t>
      </w:r>
      <w:r>
        <w:rPr>
          <w:lang w:eastAsia="ko-KR"/>
        </w:rPr>
        <w:t>수시로</w:t>
      </w:r>
      <w:r>
        <w:rPr>
          <w:lang w:eastAsia="ko-KR"/>
        </w:rPr>
        <w:t xml:space="preserve"> </w:t>
      </w:r>
      <w:r>
        <w:rPr>
          <w:lang w:eastAsia="ko-KR"/>
        </w:rPr>
        <w:t>검토됩니다</w:t>
      </w:r>
      <w:r>
        <w:rPr>
          <w:lang w:eastAsia="ko-KR"/>
        </w:rPr>
        <w:t>.</w:t>
      </w:r>
    </w:p>
    <w:sectPr w:rsidR="007D6A1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0139295">
    <w:abstractNumId w:val="8"/>
  </w:num>
  <w:num w:numId="2" w16cid:durableId="1729691895">
    <w:abstractNumId w:val="6"/>
  </w:num>
  <w:num w:numId="3" w16cid:durableId="1929265590">
    <w:abstractNumId w:val="5"/>
  </w:num>
  <w:num w:numId="4" w16cid:durableId="622807470">
    <w:abstractNumId w:val="4"/>
  </w:num>
  <w:num w:numId="5" w16cid:durableId="1986622557">
    <w:abstractNumId w:val="7"/>
  </w:num>
  <w:num w:numId="6" w16cid:durableId="1162619633">
    <w:abstractNumId w:val="3"/>
  </w:num>
  <w:num w:numId="7" w16cid:durableId="2081824855">
    <w:abstractNumId w:val="2"/>
  </w:num>
  <w:num w:numId="8" w16cid:durableId="829298965">
    <w:abstractNumId w:val="1"/>
  </w:num>
  <w:num w:numId="9" w16cid:durableId="13114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778"/>
    <w:rsid w:val="000862FC"/>
    <w:rsid w:val="0015074B"/>
    <w:rsid w:val="001A7D78"/>
    <w:rsid w:val="0029639D"/>
    <w:rsid w:val="00315EBD"/>
    <w:rsid w:val="00326F90"/>
    <w:rsid w:val="007D6A1C"/>
    <w:rsid w:val="00A36191"/>
    <w:rsid w:val="00AA1D8D"/>
    <w:rsid w:val="00AA3568"/>
    <w:rsid w:val="00AF5794"/>
    <w:rsid w:val="00B43F09"/>
    <w:rsid w:val="00B47730"/>
    <w:rsid w:val="00CB0664"/>
    <w:rsid w:val="00D251EB"/>
    <w:rsid w:val="00EF6F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FF0B2F"/>
  <w14:defaultImageDpi w14:val="300"/>
  <w15:docId w15:val="{06D0BE36-B664-4B42-AA2A-39A3E894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Malgun Gothic" w:hAnsi="Malgun Gothic"/>
      <w:color w:val="00000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066778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066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evin.oh@hcng.co.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les@hcng.co.k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Kevin Oh</cp:lastModifiedBy>
  <cp:revision>6</cp:revision>
  <dcterms:created xsi:type="dcterms:W3CDTF">2025-09-16T08:06:00Z</dcterms:created>
  <dcterms:modified xsi:type="dcterms:W3CDTF">2025-10-01T02:46:00Z</dcterms:modified>
  <cp:category/>
</cp:coreProperties>
</file>